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76DE" w14:textId="17897992" w:rsidR="00291476" w:rsidRPr="00D63561" w:rsidRDefault="00D63561" w:rsidP="00981367">
      <w:pPr>
        <w:jc w:val="both"/>
        <w:rPr>
          <w:sz w:val="32"/>
        </w:rPr>
      </w:pPr>
      <w:r w:rsidRPr="00D63561">
        <w:rPr>
          <w:b/>
          <w:sz w:val="32"/>
        </w:rPr>
        <w:t>Neuro‑Nova – Informed Consent Form</w:t>
      </w:r>
    </w:p>
    <w:p w14:paraId="2A140770" w14:textId="0D885FE5" w:rsidR="00291476" w:rsidRDefault="00D63561" w:rsidP="00981367">
      <w:pPr>
        <w:spacing w:line="240" w:lineRule="auto"/>
        <w:jc w:val="both"/>
      </w:pPr>
      <w:r>
        <w:t>Client Name: _______________________________________________</w:t>
      </w:r>
    </w:p>
    <w:p w14:paraId="5D6E2A27" w14:textId="77777777" w:rsidR="00291476" w:rsidRDefault="00D63561" w:rsidP="00981367">
      <w:pPr>
        <w:spacing w:line="240" w:lineRule="auto"/>
        <w:jc w:val="both"/>
      </w:pPr>
      <w:r>
        <w:t>Date of Birth: _____________________________________________</w:t>
      </w:r>
    </w:p>
    <w:p w14:paraId="66540B88" w14:textId="77777777" w:rsidR="00291476" w:rsidRDefault="00D63561" w:rsidP="00981367">
      <w:pPr>
        <w:spacing w:line="240" w:lineRule="auto"/>
        <w:jc w:val="both"/>
      </w:pPr>
      <w:r>
        <w:t>Address: ____________________________________________________</w:t>
      </w:r>
    </w:p>
    <w:p w14:paraId="414B59CA" w14:textId="77777777" w:rsidR="00291476" w:rsidRDefault="00D63561" w:rsidP="00981367">
      <w:pPr>
        <w:spacing w:line="240" w:lineRule="auto"/>
        <w:jc w:val="both"/>
      </w:pPr>
      <w:r>
        <w:t>Email: ______________________________________________________</w:t>
      </w:r>
    </w:p>
    <w:p w14:paraId="02C07E1E" w14:textId="77777777" w:rsidR="00291476" w:rsidRDefault="00D63561" w:rsidP="00981367">
      <w:pPr>
        <w:spacing w:line="240" w:lineRule="auto"/>
        <w:jc w:val="both"/>
      </w:pPr>
      <w:r>
        <w:t>Phone: ______________________________________________________</w:t>
      </w:r>
    </w:p>
    <w:p w14:paraId="2DB2EF4F" w14:textId="77777777" w:rsidR="00291476" w:rsidRDefault="00D63561" w:rsidP="00981367">
      <w:pPr>
        <w:spacing w:line="240" w:lineRule="auto"/>
        <w:jc w:val="both"/>
      </w:pPr>
      <w:r>
        <w:t>Date: _______________________________________________________</w:t>
      </w:r>
    </w:p>
    <w:p w14:paraId="44937C33" w14:textId="77777777" w:rsidR="00291476" w:rsidRDefault="00D63561" w:rsidP="00981367">
      <w:pPr>
        <w:pStyle w:val="Heading1"/>
        <w:jc w:val="both"/>
      </w:pPr>
      <w:r>
        <w:t>1. General Consent</w:t>
      </w:r>
    </w:p>
    <w:p w14:paraId="69107A7B" w14:textId="77777777" w:rsidR="00291476" w:rsidRDefault="00D63561" w:rsidP="00981367">
      <w:pPr>
        <w:jc w:val="both"/>
      </w:pPr>
      <w:r>
        <w:t>I confirm that I have read and understood the information provided by Neuro‑Nova and have had the opportunity to ask questions before starting. I voluntarily consent to participate in neurofeedback sessions.</w:t>
      </w:r>
    </w:p>
    <w:p w14:paraId="3837A53D" w14:textId="77777777" w:rsidR="00291476" w:rsidRDefault="00D63561" w:rsidP="00981367">
      <w:pPr>
        <w:pStyle w:val="Heading1"/>
        <w:jc w:val="both"/>
      </w:pPr>
      <w:r>
        <w:t>2. Nature of Neurofeedback</w:t>
      </w:r>
    </w:p>
    <w:p w14:paraId="23513766" w14:textId="77777777" w:rsidR="00116B70" w:rsidRDefault="00D63561" w:rsidP="00981367">
      <w:pPr>
        <w:spacing w:line="240" w:lineRule="auto"/>
        <w:jc w:val="both"/>
      </w:pPr>
      <w:r>
        <w:t>Neurofeedback is a non-invasive, non-medical training method designed to support self-regulation, wellbeing, and performance. It does not replace medical diagnosis or treatment. I understand that I should seek advice from a qualified healthcare professional regarding any medical condition.</w:t>
      </w:r>
      <w:r w:rsidR="00116B70">
        <w:t xml:space="preserve"> </w:t>
      </w:r>
    </w:p>
    <w:p w14:paraId="2165D598" w14:textId="0FA40B46" w:rsidR="00116B70" w:rsidRPr="00116B70" w:rsidRDefault="00116B70" w:rsidP="00981367">
      <w:pPr>
        <w:spacing w:line="240" w:lineRule="auto"/>
        <w:jc w:val="both"/>
      </w:pPr>
      <w:r w:rsidRPr="00116B70">
        <w:t>I understand that neurofeedback may involve temporary effects such as fatigue, headache, emotional changes, or other responses as part of the training process.</w:t>
      </w:r>
    </w:p>
    <w:p w14:paraId="07E0F474" w14:textId="77777777" w:rsidR="00291476" w:rsidRDefault="00D63561" w:rsidP="00981367">
      <w:pPr>
        <w:pStyle w:val="Heading1"/>
        <w:jc w:val="both"/>
      </w:pPr>
      <w:r>
        <w:t>3. No Guarantee of Results</w:t>
      </w:r>
    </w:p>
    <w:p w14:paraId="5C0EBD36" w14:textId="77777777" w:rsidR="00291476" w:rsidRDefault="00D63561" w:rsidP="00981367">
      <w:pPr>
        <w:jc w:val="both"/>
      </w:pPr>
      <w:r>
        <w:t>I understand that results vary between individuals and that no specific outcomes or improvements are guaranteed.</w:t>
      </w:r>
    </w:p>
    <w:p w14:paraId="3C7DADDD" w14:textId="77777777" w:rsidR="00291476" w:rsidRDefault="00D63561" w:rsidP="00981367">
      <w:pPr>
        <w:pStyle w:val="Heading1"/>
        <w:jc w:val="both"/>
      </w:pPr>
      <w:r>
        <w:t>4. Voluntary Participation</w:t>
      </w:r>
    </w:p>
    <w:p w14:paraId="3C83CAAE" w14:textId="77777777" w:rsidR="00291476" w:rsidRDefault="00D63561" w:rsidP="00981367">
      <w:pPr>
        <w:jc w:val="both"/>
      </w:pPr>
      <w:r>
        <w:t>I understand that participation is voluntary and I may withdraw at any time without giving a reason.</w:t>
      </w:r>
    </w:p>
    <w:p w14:paraId="2703556C" w14:textId="77777777" w:rsidR="00291476" w:rsidRDefault="00D63561" w:rsidP="00981367">
      <w:pPr>
        <w:pStyle w:val="Heading1"/>
        <w:jc w:val="both"/>
      </w:pPr>
      <w:r>
        <w:t>5. Health Disclosure</w:t>
      </w:r>
    </w:p>
    <w:p w14:paraId="45F0CC67" w14:textId="77777777" w:rsidR="00291476" w:rsidRDefault="00D63561" w:rsidP="00981367">
      <w:pPr>
        <w:jc w:val="both"/>
      </w:pPr>
      <w:r>
        <w:t>I agree to disclose all relevant health information, including medical conditions, medications, neurological issues, and behavioural concerns. I understand that failure to disclose such information may affect safety and outcomes.</w:t>
      </w:r>
    </w:p>
    <w:p w14:paraId="41DE5FCA" w14:textId="77777777" w:rsidR="00291476" w:rsidRDefault="00D63561" w:rsidP="00981367">
      <w:pPr>
        <w:pStyle w:val="Heading1"/>
        <w:jc w:val="both"/>
      </w:pPr>
      <w:r>
        <w:t>6. Data Protection (GDPR)</w:t>
      </w:r>
    </w:p>
    <w:p w14:paraId="56232C83" w14:textId="77777777" w:rsidR="005431BF" w:rsidRPr="005431BF" w:rsidRDefault="005431BF" w:rsidP="00981367">
      <w:pPr>
        <w:jc w:val="both"/>
      </w:pPr>
      <w:r w:rsidRPr="005431BF">
        <w:t xml:space="preserve">I consent to my personal data being stored and processed securely for the purpose of providing services. I understand that I have the right to access, correct, or request deletion of my data in accordance with GDPR. I </w:t>
      </w:r>
      <w:r w:rsidRPr="005431BF">
        <w:lastRenderedPageBreak/>
        <w:t>understand that I may withdraw my consent for data processing at any time, without affecting the lawfulness of processing carried out before withdrawal. I confirm that I have read and understood the Neuro</w:t>
      </w:r>
      <w:r w:rsidRPr="005431BF">
        <w:noBreakHyphen/>
        <w:t>Nova Privacy Policy.</w:t>
      </w:r>
    </w:p>
    <w:p w14:paraId="225D95AE" w14:textId="77777777" w:rsidR="00291476" w:rsidRDefault="00D63561" w:rsidP="00981367">
      <w:pPr>
        <w:pStyle w:val="Heading1"/>
        <w:jc w:val="both"/>
      </w:pPr>
      <w:r>
        <w:t>7. Safeguarding</w:t>
      </w:r>
    </w:p>
    <w:p w14:paraId="7B43E715" w14:textId="77777777" w:rsidR="00291476" w:rsidRDefault="00D63561" w:rsidP="00981367">
      <w:pPr>
        <w:jc w:val="both"/>
      </w:pPr>
      <w:r>
        <w:t>I understand that if there are any concerns regarding safety or wellbeing, Neuro‑Nova has a legal duty to follow safeguarding procedures, which may include sharing information with appropriate authorities.</w:t>
      </w:r>
    </w:p>
    <w:p w14:paraId="77051DA4" w14:textId="77777777" w:rsidR="00291476" w:rsidRDefault="00D63561" w:rsidP="00981367">
      <w:pPr>
        <w:pStyle w:val="Heading1"/>
        <w:jc w:val="both"/>
      </w:pPr>
      <w:r>
        <w:t>8. Cancellation Policy</w:t>
      </w:r>
    </w:p>
    <w:p w14:paraId="1A4F1717" w14:textId="2939CAEB" w:rsidR="00291476" w:rsidRDefault="00D63561" w:rsidP="00981367">
      <w:pPr>
        <w:jc w:val="both"/>
      </w:pPr>
      <w:r>
        <w:t xml:space="preserve">I understand that a minimum of 24 hours’ notice is required for cancellations and that missed </w:t>
      </w:r>
      <w:r w:rsidR="00E36B9C">
        <w:t>appointments,</w:t>
      </w:r>
      <w:r>
        <w:t xml:space="preserve"> or late cancellations may be charged.</w:t>
      </w:r>
    </w:p>
    <w:p w14:paraId="6735803B" w14:textId="77777777" w:rsidR="00291476" w:rsidRDefault="00D63561" w:rsidP="00981367">
      <w:pPr>
        <w:pStyle w:val="Heading1"/>
        <w:jc w:val="both"/>
      </w:pPr>
      <w:r>
        <w:t>9. Liability</w:t>
      </w:r>
    </w:p>
    <w:p w14:paraId="6F52AC45" w14:textId="6AC42BC9" w:rsidR="009A2E02" w:rsidRPr="009A2E02" w:rsidRDefault="009A2E02" w:rsidP="009A2E02">
      <w:pPr>
        <w:jc w:val="both"/>
      </w:pPr>
      <w:r w:rsidRPr="009A2E02">
        <w:t>Neuro</w:t>
      </w:r>
      <w:r w:rsidRPr="009A2E02">
        <w:noBreakHyphen/>
        <w:t>Nova will take all reasonable care in providing services. Nothing in this agreement excludes liability where it cannot be excluded under UK law.</w:t>
      </w:r>
    </w:p>
    <w:p w14:paraId="34ABA5FD" w14:textId="77777777" w:rsidR="00291476" w:rsidRDefault="00D63561" w:rsidP="00981367">
      <w:pPr>
        <w:pStyle w:val="Heading1"/>
        <w:jc w:val="both"/>
      </w:pPr>
      <w:r>
        <w:t>Client Agreement (please tick):</w:t>
      </w:r>
    </w:p>
    <w:p w14:paraId="29F3EE2A" w14:textId="77777777" w:rsidR="00A95FEE" w:rsidRDefault="00A95FEE" w:rsidP="00A95FEE">
      <w:pPr>
        <w:jc w:val="both"/>
      </w:pPr>
      <w:r w:rsidRPr="00A95FEE">
        <w:rPr>
          <w:rFonts w:ascii="Segoe UI Symbol" w:hAnsi="Segoe UI Symbol" w:cs="Segoe UI Symbol"/>
        </w:rPr>
        <w:t>☐</w:t>
      </w:r>
      <w:r w:rsidRPr="00A95FEE">
        <w:t xml:space="preserve"> I understand this is not medical treatment </w:t>
      </w:r>
    </w:p>
    <w:p w14:paraId="61182741" w14:textId="77777777" w:rsidR="00A95FEE" w:rsidRDefault="00A95FEE" w:rsidP="00A95FEE">
      <w:pPr>
        <w:jc w:val="both"/>
      </w:pPr>
      <w:r w:rsidRPr="00A95FEE">
        <w:rPr>
          <w:rFonts w:ascii="Segoe UI Symbol" w:hAnsi="Segoe UI Symbol" w:cs="Segoe UI Symbol"/>
        </w:rPr>
        <w:t>☐</w:t>
      </w:r>
      <w:r w:rsidRPr="00A95FEE">
        <w:t xml:space="preserve"> I understand results are not guaranteed </w:t>
      </w:r>
    </w:p>
    <w:p w14:paraId="77C09F53" w14:textId="77777777" w:rsidR="00A95FEE" w:rsidRDefault="00A95FEE" w:rsidP="00A95FEE">
      <w:pPr>
        <w:jc w:val="both"/>
      </w:pPr>
      <w:r w:rsidRPr="00A95FEE">
        <w:rPr>
          <w:rFonts w:ascii="Segoe UI Symbol" w:hAnsi="Segoe UI Symbol" w:cs="Segoe UI Symbol"/>
        </w:rPr>
        <w:t>☐</w:t>
      </w:r>
      <w:r w:rsidRPr="00A95FEE">
        <w:t xml:space="preserve"> I consent to Neuro</w:t>
      </w:r>
      <w:r w:rsidRPr="00A95FEE">
        <w:noBreakHyphen/>
        <w:t xml:space="preserve">Nova processing my personal and health data for the purpose of providing services </w:t>
      </w:r>
    </w:p>
    <w:p w14:paraId="165E7E65" w14:textId="77777777" w:rsidR="00A95FEE" w:rsidRDefault="00A95FEE" w:rsidP="00A95FEE">
      <w:pPr>
        <w:jc w:val="both"/>
      </w:pPr>
      <w:r w:rsidRPr="00A95FEE">
        <w:rPr>
          <w:rFonts w:ascii="Segoe UI Symbol" w:hAnsi="Segoe UI Symbol" w:cs="Segoe UI Symbol"/>
        </w:rPr>
        <w:t>☐</w:t>
      </w:r>
      <w:r w:rsidRPr="00A95FEE">
        <w:t xml:space="preserve"> I understand that this includes special category data under UK GDPR </w:t>
      </w:r>
    </w:p>
    <w:p w14:paraId="4169DF0B" w14:textId="33AD31DB" w:rsidR="00A95FEE" w:rsidRPr="00A95FEE" w:rsidRDefault="00A95FEE" w:rsidP="00A95FEE">
      <w:pPr>
        <w:jc w:val="both"/>
      </w:pPr>
      <w:r w:rsidRPr="00A95FEE">
        <w:rPr>
          <w:rFonts w:ascii="Segoe UI Symbol" w:hAnsi="Segoe UI Symbol" w:cs="Segoe UI Symbol"/>
        </w:rPr>
        <w:t>☐</w:t>
      </w:r>
      <w:r w:rsidRPr="00A95FEE">
        <w:t xml:space="preserve"> I agree to the cancellation policy</w:t>
      </w:r>
    </w:p>
    <w:p w14:paraId="0318127F" w14:textId="77777777" w:rsidR="00291476" w:rsidRDefault="00D63561" w:rsidP="00981367">
      <w:pPr>
        <w:jc w:val="both"/>
      </w:pPr>
      <w:r>
        <w:br/>
        <w:t>Client Signature: ___________________________________________</w:t>
      </w:r>
    </w:p>
    <w:p w14:paraId="4D8A5400" w14:textId="77777777" w:rsidR="00291476" w:rsidRDefault="00D63561" w:rsidP="00981367">
      <w:pPr>
        <w:jc w:val="both"/>
      </w:pPr>
      <w:r>
        <w:t>Name (printed): _____________________________________________</w:t>
      </w:r>
    </w:p>
    <w:p w14:paraId="4EC550E1" w14:textId="77777777" w:rsidR="00291476" w:rsidRDefault="00D63561" w:rsidP="00981367">
      <w:pPr>
        <w:jc w:val="both"/>
      </w:pPr>
      <w:r>
        <w:t>Date: _______________________________________________________</w:t>
      </w:r>
    </w:p>
    <w:p w14:paraId="02BCA028" w14:textId="77777777" w:rsidR="00291476" w:rsidRDefault="00D63561" w:rsidP="00981367">
      <w:pPr>
        <w:jc w:val="both"/>
      </w:pPr>
      <w:r>
        <w:br/>
        <w:t>For clients under 18:</w:t>
      </w:r>
    </w:p>
    <w:p w14:paraId="1958DEE6" w14:textId="77777777" w:rsidR="00291476" w:rsidRDefault="00D63561" w:rsidP="00981367">
      <w:pPr>
        <w:jc w:val="both"/>
      </w:pPr>
      <w:r>
        <w:t>Parent/Guardian Name: _______________________________________</w:t>
      </w:r>
    </w:p>
    <w:p w14:paraId="016BD229" w14:textId="77777777" w:rsidR="00291476" w:rsidRDefault="00D63561" w:rsidP="00981367">
      <w:pPr>
        <w:jc w:val="both"/>
      </w:pPr>
      <w:r>
        <w:t>Signature: _________________________________________________</w:t>
      </w:r>
    </w:p>
    <w:p w14:paraId="206A26A5" w14:textId="77777777" w:rsidR="00291476" w:rsidRDefault="00D63561" w:rsidP="00981367">
      <w:pPr>
        <w:jc w:val="both"/>
      </w:pPr>
      <w:r>
        <w:t>Date: _______________________________________________________</w:t>
      </w:r>
    </w:p>
    <w:sectPr w:rsidR="00291476" w:rsidSect="00976AAB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6338" w14:textId="77777777" w:rsidR="00DD6DEF" w:rsidRDefault="00DD6DEF" w:rsidP="00976AAB">
      <w:pPr>
        <w:spacing w:after="0" w:line="240" w:lineRule="auto"/>
      </w:pPr>
      <w:r>
        <w:separator/>
      </w:r>
    </w:p>
  </w:endnote>
  <w:endnote w:type="continuationSeparator" w:id="0">
    <w:p w14:paraId="509E125D" w14:textId="77777777" w:rsidR="00DD6DEF" w:rsidRDefault="00DD6DEF" w:rsidP="0097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39D73" w14:textId="77777777" w:rsidR="00DD6DEF" w:rsidRDefault="00DD6DEF" w:rsidP="00976AAB">
      <w:pPr>
        <w:spacing w:after="0" w:line="240" w:lineRule="auto"/>
      </w:pPr>
      <w:r>
        <w:separator/>
      </w:r>
    </w:p>
  </w:footnote>
  <w:footnote w:type="continuationSeparator" w:id="0">
    <w:p w14:paraId="34F90398" w14:textId="77777777" w:rsidR="00DD6DEF" w:rsidRDefault="00DD6DEF" w:rsidP="00976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0B5B" w14:textId="77777777" w:rsidR="00976AAB" w:rsidRDefault="00976AAB" w:rsidP="00976AAB">
    <w:pPr>
      <w:pStyle w:val="Heading1"/>
      <w:jc w:val="right"/>
    </w:pPr>
    <w:r>
      <w:rPr>
        <w:noProof/>
        <w:lang w:val="en-GB" w:eastAsia="en-GB"/>
      </w:rPr>
      <w:drawing>
        <wp:anchor distT="0" distB="0" distL="114300" distR="114300" simplePos="0" relativeHeight="251657216" behindDoc="0" locked="0" layoutInCell="1" allowOverlap="1" wp14:anchorId="37DF0396" wp14:editId="01995EAC">
          <wp:simplePos x="0" y="0"/>
          <wp:positionH relativeFrom="column">
            <wp:posOffset>0</wp:posOffset>
          </wp:positionH>
          <wp:positionV relativeFrom="paragraph">
            <wp:posOffset>86360</wp:posOffset>
          </wp:positionV>
          <wp:extent cx="990600" cy="990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BLAP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Neuro-Nova Neurofeedback &amp; Mental Performance Centre</w:t>
    </w:r>
  </w:p>
  <w:p w14:paraId="632A9752" w14:textId="77777777" w:rsidR="00976AAB" w:rsidRDefault="00976AAB" w:rsidP="00976AAB">
    <w:pPr>
      <w:jc w:val="right"/>
    </w:pPr>
    <w:r>
      <w:t>info@neuro-nova.co.uk</w:t>
    </w:r>
    <w:r>
      <w:br/>
      <w:t>www.neuro-nova.co.uk</w:t>
    </w:r>
  </w:p>
  <w:p w14:paraId="73FC08E4" w14:textId="77777777" w:rsidR="00976AAB" w:rsidRDefault="00976A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3146959">
    <w:abstractNumId w:val="8"/>
  </w:num>
  <w:num w:numId="2" w16cid:durableId="2013802222">
    <w:abstractNumId w:val="6"/>
  </w:num>
  <w:num w:numId="3" w16cid:durableId="2024043450">
    <w:abstractNumId w:val="5"/>
  </w:num>
  <w:num w:numId="4" w16cid:durableId="836968826">
    <w:abstractNumId w:val="4"/>
  </w:num>
  <w:num w:numId="5" w16cid:durableId="1775589434">
    <w:abstractNumId w:val="7"/>
  </w:num>
  <w:num w:numId="6" w16cid:durableId="1469015049">
    <w:abstractNumId w:val="3"/>
  </w:num>
  <w:num w:numId="7" w16cid:durableId="186870270">
    <w:abstractNumId w:val="2"/>
  </w:num>
  <w:num w:numId="8" w16cid:durableId="934434520">
    <w:abstractNumId w:val="1"/>
  </w:num>
  <w:num w:numId="9" w16cid:durableId="1858079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B70"/>
    <w:rsid w:val="0015074B"/>
    <w:rsid w:val="00291476"/>
    <w:rsid w:val="0029639D"/>
    <w:rsid w:val="00326F90"/>
    <w:rsid w:val="003D3976"/>
    <w:rsid w:val="005431BF"/>
    <w:rsid w:val="00943E05"/>
    <w:rsid w:val="00976AAB"/>
    <w:rsid w:val="00981367"/>
    <w:rsid w:val="009A2E02"/>
    <w:rsid w:val="009B07CB"/>
    <w:rsid w:val="00A95FEE"/>
    <w:rsid w:val="00AA1D8D"/>
    <w:rsid w:val="00AD1D49"/>
    <w:rsid w:val="00B32993"/>
    <w:rsid w:val="00B47730"/>
    <w:rsid w:val="00CB0664"/>
    <w:rsid w:val="00D63561"/>
    <w:rsid w:val="00DD6DEF"/>
    <w:rsid w:val="00E04ACD"/>
    <w:rsid w:val="00E3355E"/>
    <w:rsid w:val="00E36B9C"/>
    <w:rsid w:val="00F33A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D1A367"/>
  <w14:defaultImageDpi w14:val="300"/>
  <w15:docId w15:val="{D7318027-413E-4504-862C-8CE221F8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3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5EB84AD836A4B940A165211AB1FAE" ma:contentTypeVersion="18" ma:contentTypeDescription="Create a new document." ma:contentTypeScope="" ma:versionID="fcc2b66d1374dd96c7d4e5fb1612fbc2">
  <xsd:schema xmlns:xsd="http://www.w3.org/2001/XMLSchema" xmlns:xs="http://www.w3.org/2001/XMLSchema" xmlns:p="http://schemas.microsoft.com/office/2006/metadata/properties" xmlns:ns3="7231b52b-6263-4d10-b42a-c242b31bde0c" xmlns:ns4="fdb8ea51-09cd-498c-b01c-4d168ac3e43b" targetNamespace="http://schemas.microsoft.com/office/2006/metadata/properties" ma:root="true" ma:fieldsID="43e6f48abd2d8c68061c1b98798f5f65" ns3:_="" ns4:_="">
    <xsd:import namespace="7231b52b-6263-4d10-b42a-c242b31bde0c"/>
    <xsd:import namespace="fdb8ea51-09cd-498c-b01c-4d168ac3e4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1b52b-6263-4d10-b42a-c242b31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8ea51-09cd-498c-b01c-4d168ac3e43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31b52b-6263-4d10-b42a-c242b31bde0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809A46-0DE8-4707-BF87-1F4E0B14E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31b52b-6263-4d10-b42a-c242b31bde0c"/>
    <ds:schemaRef ds:uri="fdb8ea51-09cd-498c-b01c-4d168ac3e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7ED9D3-AFAC-456A-9093-B29D4812E6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714EA-550B-4CEF-BA58-170ADDCC28FE}">
  <ds:schemaRefs>
    <ds:schemaRef ds:uri="http://schemas.microsoft.com/office/2006/metadata/properties"/>
    <ds:schemaRef ds:uri="http://schemas.microsoft.com/office/infopath/2007/PartnerControls"/>
    <ds:schemaRef ds:uri="7231b52b-6263-4d10-b42a-c242b31bde0c"/>
  </ds:schemaRefs>
</ds:datastoreItem>
</file>

<file path=customXml/itemProps4.xml><?xml version="1.0" encoding="utf-8"?>
<ds:datastoreItem xmlns:ds="http://schemas.openxmlformats.org/officeDocument/2006/customXml" ds:itemID="{756B92DA-DCA2-4ECB-921A-4630726D7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Szasz, Istvan</cp:lastModifiedBy>
  <cp:revision>14</cp:revision>
  <dcterms:created xsi:type="dcterms:W3CDTF">2026-06-10T23:38:00Z</dcterms:created>
  <dcterms:modified xsi:type="dcterms:W3CDTF">2026-06-13T03:11:00Z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0x01010093C5EB84AD836A4B940A165211AB1FAE</vt:lpwstr>
  </property>
</Properties>
</file>