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D13A43" w14:textId="77777777" w:rsidR="00B73CAC" w:rsidRDefault="00B73CAC"/>
    <w:p w14:paraId="25B504A4" w14:textId="77777777" w:rsidR="00B73CAC" w:rsidRPr="00B67D72" w:rsidRDefault="00B67D72" w:rsidP="00B67D72">
      <w:pPr>
        <w:jc w:val="center"/>
        <w:rPr>
          <w:sz w:val="28"/>
        </w:rPr>
      </w:pPr>
      <w:r w:rsidRPr="00B67D72">
        <w:rPr>
          <w:sz w:val="28"/>
        </w:rPr>
        <w:t>PRIVACY POLICY</w:t>
      </w:r>
    </w:p>
    <w:p w14:paraId="2C7FDB6D" w14:textId="77777777" w:rsidR="00B73CAC" w:rsidRDefault="00B73CAC"/>
    <w:p w14:paraId="4011A1E4" w14:textId="77777777" w:rsidR="00B73CAC" w:rsidRPr="005F4DD7" w:rsidRDefault="00B67D72">
      <w:pPr>
        <w:rPr>
          <w:b/>
        </w:rPr>
      </w:pPr>
      <w:r w:rsidRPr="005F4DD7">
        <w:rPr>
          <w:b/>
        </w:rPr>
        <w:t>1. Introduction</w:t>
      </w:r>
    </w:p>
    <w:p w14:paraId="7F7C71A1" w14:textId="77777777" w:rsidR="00B73CAC" w:rsidRDefault="00B67D72">
      <w:r>
        <w:t>Neuro‑Nova is committed to protecting your personal data and ensuring transparency in how your information is collected, used, and stored. This Privacy Policy is designed in accordance with the UK General Data Protection Regulation (UK GDPR) and Data Protection Act 2018.</w:t>
      </w:r>
    </w:p>
    <w:p w14:paraId="64202A77" w14:textId="77777777" w:rsidR="00B73CAC" w:rsidRDefault="00B73CAC"/>
    <w:p w14:paraId="410A1689" w14:textId="77777777" w:rsidR="00B73CAC" w:rsidRPr="005F4DD7" w:rsidRDefault="00B67D72">
      <w:pPr>
        <w:rPr>
          <w:b/>
        </w:rPr>
      </w:pPr>
      <w:r w:rsidRPr="005F4DD7">
        <w:rPr>
          <w:b/>
        </w:rPr>
        <w:t>2. Data Controller</w:t>
      </w:r>
    </w:p>
    <w:p w14:paraId="3B0F508C" w14:textId="77777777" w:rsidR="00B73CAC" w:rsidRDefault="00B67D72">
      <w:r>
        <w:t>Neuro‑Nova is the Data Controller responsible for your personal data.</w:t>
      </w:r>
    </w:p>
    <w:p w14:paraId="5591EF56" w14:textId="77777777" w:rsidR="00B73CAC" w:rsidRDefault="00B67D72">
      <w:r>
        <w:t>Owner: Istvan Szasz</w:t>
      </w:r>
    </w:p>
    <w:p w14:paraId="5A97A655" w14:textId="77777777" w:rsidR="00B73CAC" w:rsidRDefault="00B67D72">
      <w:r>
        <w:t>Location: Oxfordshire, United Kingdom</w:t>
      </w:r>
    </w:p>
    <w:p w14:paraId="06D500E5" w14:textId="77777777" w:rsidR="00B73CAC" w:rsidRDefault="00B67D72">
      <w:r>
        <w:t>Contact: info@neuro-nova.co.uk</w:t>
      </w:r>
    </w:p>
    <w:p w14:paraId="349007E4" w14:textId="77777777" w:rsidR="00B73CAC" w:rsidRDefault="00B73CAC"/>
    <w:p w14:paraId="148B803C" w14:textId="77777777" w:rsidR="00B73CAC" w:rsidRPr="005F4DD7" w:rsidRDefault="00B67D72">
      <w:pPr>
        <w:rPr>
          <w:b/>
        </w:rPr>
      </w:pPr>
      <w:r w:rsidRPr="005F4DD7">
        <w:rPr>
          <w:b/>
        </w:rPr>
        <w:t>3. Data We Collect</w:t>
      </w:r>
    </w:p>
    <w:p w14:paraId="46C33F6F" w14:textId="77777777" w:rsidR="00B73CAC" w:rsidRDefault="00B67D72">
      <w:r>
        <w:t>We may collect and process the following personal data:</w:t>
      </w:r>
    </w:p>
    <w:p w14:paraId="4B6563A9" w14:textId="77777777" w:rsidR="00B73CAC" w:rsidRDefault="00B67D72">
      <w:r>
        <w:t>- Name and contact details (email, phone number)</w:t>
      </w:r>
    </w:p>
    <w:p w14:paraId="0BAD182C" w14:textId="77777777" w:rsidR="00B73CAC" w:rsidRDefault="00B67D72">
      <w:r>
        <w:t>- Medical history and relevant health information</w:t>
      </w:r>
    </w:p>
    <w:p w14:paraId="0A85184B" w14:textId="77777777" w:rsidR="00B73CAC" w:rsidRDefault="00B67D72">
      <w:r>
        <w:t>- Questionnaire responses</w:t>
      </w:r>
    </w:p>
    <w:p w14:paraId="2F01B396" w14:textId="77777777" w:rsidR="00B73CAC" w:rsidRDefault="00B67D72">
      <w:r>
        <w:t>- Neurofeedback session notes</w:t>
      </w:r>
    </w:p>
    <w:p w14:paraId="6F536020" w14:textId="77777777" w:rsidR="00B73CAC" w:rsidRDefault="00B67D72">
      <w:r>
        <w:t>- Appointment and communication records</w:t>
      </w:r>
    </w:p>
    <w:p w14:paraId="4928CBF2" w14:textId="77777777" w:rsidR="00B67D72" w:rsidRDefault="00B67D72"/>
    <w:p w14:paraId="3851390E" w14:textId="77777777" w:rsidR="00B73CAC" w:rsidRPr="005F4DD7" w:rsidRDefault="00B67D72">
      <w:pPr>
        <w:rPr>
          <w:b/>
        </w:rPr>
      </w:pPr>
      <w:r w:rsidRPr="005F4DD7">
        <w:rPr>
          <w:b/>
        </w:rPr>
        <w:t>4. Special Category Data</w:t>
      </w:r>
    </w:p>
    <w:p w14:paraId="1F069D5D" w14:textId="77777777" w:rsidR="00B73CAC" w:rsidRDefault="00B67D72">
      <w:r>
        <w:t>As neurofeedback involves health-related information, this data is classified as “special category data” under UK GDPR (Article 9).</w:t>
      </w:r>
    </w:p>
    <w:p w14:paraId="5BCFB301" w14:textId="77777777" w:rsidR="00B73CAC" w:rsidRDefault="00B67D72">
      <w:r>
        <w:t>This data is processed only with your explicit consent.</w:t>
      </w:r>
    </w:p>
    <w:p w14:paraId="57CE7EA3" w14:textId="77777777" w:rsidR="00B73CAC" w:rsidRPr="005F4DD7" w:rsidRDefault="00B67D72">
      <w:pPr>
        <w:rPr>
          <w:b/>
        </w:rPr>
      </w:pPr>
      <w:r w:rsidRPr="005F4DD7">
        <w:rPr>
          <w:b/>
        </w:rPr>
        <w:lastRenderedPageBreak/>
        <w:t>5. Purpose of Processing</w:t>
      </w:r>
    </w:p>
    <w:p w14:paraId="27DD2329" w14:textId="77777777" w:rsidR="00B73CAC" w:rsidRDefault="00B67D72">
      <w:r>
        <w:t>Your data is used for:</w:t>
      </w:r>
    </w:p>
    <w:p w14:paraId="699A9D9B" w14:textId="77777777" w:rsidR="00B73CAC" w:rsidRDefault="00B67D72">
      <w:r>
        <w:t>- Providing neurofeedback services</w:t>
      </w:r>
    </w:p>
    <w:p w14:paraId="6B9D289C" w14:textId="77777777" w:rsidR="00B73CAC" w:rsidRDefault="00B67D72">
      <w:r>
        <w:t>- Creating personalised training plans</w:t>
      </w:r>
    </w:p>
    <w:p w14:paraId="072BD8B2" w14:textId="77777777" w:rsidR="00B73CAC" w:rsidRDefault="00B67D72">
      <w:r>
        <w:t>- Managing appointments and communication</w:t>
      </w:r>
    </w:p>
    <w:p w14:paraId="3824C70F" w14:textId="77777777" w:rsidR="00B73CAC" w:rsidRDefault="00B67D72">
      <w:r>
        <w:t>- Ensuring safe and effective treatment</w:t>
      </w:r>
    </w:p>
    <w:p w14:paraId="75F54C3C" w14:textId="77777777" w:rsidR="00B73CAC" w:rsidRDefault="00B73CAC"/>
    <w:p w14:paraId="5E7A8611" w14:textId="77777777" w:rsidR="00B73CAC" w:rsidRPr="005F4DD7" w:rsidRDefault="00B67D72">
      <w:pPr>
        <w:rPr>
          <w:b/>
        </w:rPr>
      </w:pPr>
      <w:r w:rsidRPr="005F4DD7">
        <w:rPr>
          <w:b/>
        </w:rPr>
        <w:t>6. Legal Basis</w:t>
      </w:r>
    </w:p>
    <w:p w14:paraId="1D762626" w14:textId="77777777" w:rsidR="00B73CAC" w:rsidRDefault="00B67D72">
      <w:r>
        <w:t>We process your data under:</w:t>
      </w:r>
    </w:p>
    <w:p w14:paraId="58A24FD4" w14:textId="77777777" w:rsidR="00B73CAC" w:rsidRDefault="00B67D72">
      <w:r>
        <w:t>- Your explicit consent</w:t>
      </w:r>
    </w:p>
    <w:p w14:paraId="65DD518E" w14:textId="77777777" w:rsidR="00B73CAC" w:rsidRDefault="00B67D72">
      <w:r>
        <w:t>- Legitimate interests in delivering safe and effective services</w:t>
      </w:r>
    </w:p>
    <w:p w14:paraId="768E90BF" w14:textId="77777777" w:rsidR="00B73CAC" w:rsidRDefault="00B73CAC"/>
    <w:p w14:paraId="5653D942" w14:textId="77777777" w:rsidR="00B73CAC" w:rsidRPr="005F4DD7" w:rsidRDefault="00B67D72">
      <w:pPr>
        <w:rPr>
          <w:b/>
        </w:rPr>
      </w:pPr>
      <w:r w:rsidRPr="005F4DD7">
        <w:rPr>
          <w:b/>
        </w:rPr>
        <w:t>7. Data Storage and Security</w:t>
      </w:r>
    </w:p>
    <w:p w14:paraId="69C2AC24" w14:textId="77777777" w:rsidR="00B73CAC" w:rsidRDefault="00B67D72">
      <w:r>
        <w:t>Your data is stored securely using:</w:t>
      </w:r>
    </w:p>
    <w:p w14:paraId="6C52C1E2" w14:textId="77777777" w:rsidR="00B73CAC" w:rsidRDefault="00B67D72">
      <w:r>
        <w:t>- Password-protected electronic systems</w:t>
      </w:r>
    </w:p>
    <w:p w14:paraId="3DE4EF04" w14:textId="77777777" w:rsidR="00B73CAC" w:rsidRDefault="00B67D72">
      <w:r>
        <w:t>- Secure email platforms</w:t>
      </w:r>
    </w:p>
    <w:p w14:paraId="12B2464C" w14:textId="77777777" w:rsidR="00B73CAC" w:rsidRDefault="00B67D72">
      <w:r>
        <w:t>- Locked physical records (where applicable)</w:t>
      </w:r>
    </w:p>
    <w:p w14:paraId="5C3F7CEB" w14:textId="77777777" w:rsidR="00B73CAC" w:rsidRDefault="00B73CAC"/>
    <w:p w14:paraId="0AA81CC4" w14:textId="77777777" w:rsidR="00B73CAC" w:rsidRDefault="00B67D72">
      <w:r>
        <w:t>Data is stored within the UK or EEA and protected against unauthorised access, loss, or misuse.</w:t>
      </w:r>
    </w:p>
    <w:p w14:paraId="6A001C83" w14:textId="77777777" w:rsidR="00B73CAC" w:rsidRPr="005F4DD7" w:rsidRDefault="00B67D72">
      <w:pPr>
        <w:rPr>
          <w:b/>
        </w:rPr>
      </w:pPr>
      <w:r w:rsidRPr="005F4DD7">
        <w:rPr>
          <w:b/>
        </w:rPr>
        <w:t>8. Use of Third Parties</w:t>
      </w:r>
    </w:p>
    <w:p w14:paraId="2152B571" w14:textId="77777777" w:rsidR="00B73CAC" w:rsidRDefault="00B67D72">
      <w:r>
        <w:t>We may use trusted third-party services (such as email providers, booking systems, or neurofeedback software) to support our services.</w:t>
      </w:r>
    </w:p>
    <w:p w14:paraId="7D078072" w14:textId="77777777" w:rsidR="00B73CAC" w:rsidRDefault="00B67D72">
      <w:r>
        <w:t>All such providers are required to comply with UK GDPR standards.</w:t>
      </w:r>
    </w:p>
    <w:p w14:paraId="23D791CC" w14:textId="77777777" w:rsidR="00B73CAC" w:rsidRDefault="00B73CAC"/>
    <w:p w14:paraId="6B822292" w14:textId="77777777" w:rsidR="00B67D72" w:rsidRDefault="00B67D72">
      <w:pPr>
        <w:rPr>
          <w:b/>
        </w:rPr>
      </w:pPr>
    </w:p>
    <w:p w14:paraId="21767044" w14:textId="77777777" w:rsidR="00B67D72" w:rsidRDefault="00B67D72">
      <w:pPr>
        <w:rPr>
          <w:b/>
        </w:rPr>
      </w:pPr>
    </w:p>
    <w:p w14:paraId="200106AB" w14:textId="03BA69B8" w:rsidR="00B73CAC" w:rsidRPr="005F4DD7" w:rsidRDefault="00B67D72">
      <w:pPr>
        <w:rPr>
          <w:b/>
        </w:rPr>
      </w:pPr>
      <w:r w:rsidRPr="005F4DD7">
        <w:rPr>
          <w:b/>
        </w:rPr>
        <w:lastRenderedPageBreak/>
        <w:t>9. Data Sharing</w:t>
      </w:r>
    </w:p>
    <w:p w14:paraId="62699381" w14:textId="77777777" w:rsidR="00B73CAC" w:rsidRDefault="00B67D72">
      <w:r>
        <w:t>Your personal data will not be shared with third parties unless:</w:t>
      </w:r>
    </w:p>
    <w:p w14:paraId="074C9D59" w14:textId="77777777" w:rsidR="00B73CAC" w:rsidRDefault="00B67D72">
      <w:r>
        <w:t>- You have given explicit consent</w:t>
      </w:r>
    </w:p>
    <w:p w14:paraId="213D1EE0" w14:textId="77777777" w:rsidR="00B73CAC" w:rsidRDefault="00B67D72">
      <w:r>
        <w:t>- It is required by law</w:t>
      </w:r>
    </w:p>
    <w:p w14:paraId="40D62C0D" w14:textId="77777777" w:rsidR="00B73CAC" w:rsidRDefault="00B67D72">
      <w:r>
        <w:t>- There is a safeguarding concern</w:t>
      </w:r>
    </w:p>
    <w:p w14:paraId="7364BCCC" w14:textId="77777777" w:rsidR="00B73CAC" w:rsidRDefault="00B73CAC"/>
    <w:p w14:paraId="7AABC249" w14:textId="77777777" w:rsidR="00B73CAC" w:rsidRPr="005F4DD7" w:rsidRDefault="00B67D72">
      <w:pPr>
        <w:rPr>
          <w:b/>
        </w:rPr>
      </w:pPr>
      <w:r w:rsidRPr="005F4DD7">
        <w:rPr>
          <w:b/>
        </w:rPr>
        <w:t>10. Safeguarding</w:t>
      </w:r>
    </w:p>
    <w:p w14:paraId="2A49652E" w14:textId="77777777" w:rsidR="00B73CAC" w:rsidRDefault="00B67D72">
      <w:r>
        <w:t>Information may be shared with appropriate authorities where there is a legal obligation or serious concern about safety or wellbeing.</w:t>
      </w:r>
    </w:p>
    <w:p w14:paraId="5CBB5686" w14:textId="77777777" w:rsidR="00B73CAC" w:rsidRDefault="00B73CAC"/>
    <w:p w14:paraId="19F33118" w14:textId="77777777" w:rsidR="00B73CAC" w:rsidRPr="005F4DD7" w:rsidRDefault="00B67D72">
      <w:pPr>
        <w:rPr>
          <w:b/>
        </w:rPr>
      </w:pPr>
      <w:r w:rsidRPr="005F4DD7">
        <w:rPr>
          <w:b/>
        </w:rPr>
        <w:t>11. Data Retention</w:t>
      </w:r>
    </w:p>
    <w:p w14:paraId="21AF141A" w14:textId="77777777" w:rsidR="00B73CAC" w:rsidRDefault="00B67D72">
      <w:r>
        <w:t>Client records are generally retained for up to 7 years after the last session, in line with UK health practice, unless a longer period is required by law.</w:t>
      </w:r>
    </w:p>
    <w:p w14:paraId="54A2EDA1" w14:textId="77777777" w:rsidR="00B73CAC" w:rsidRDefault="00B73CAC"/>
    <w:p w14:paraId="09831E92" w14:textId="77777777" w:rsidR="00B73CAC" w:rsidRPr="005F4DD7" w:rsidRDefault="00B67D72">
      <w:pPr>
        <w:rPr>
          <w:b/>
        </w:rPr>
      </w:pPr>
      <w:r w:rsidRPr="005F4DD7">
        <w:rPr>
          <w:b/>
        </w:rPr>
        <w:t>12. Your Rights</w:t>
      </w:r>
    </w:p>
    <w:p w14:paraId="06387BCB" w14:textId="77777777" w:rsidR="00B73CAC" w:rsidRDefault="00B67D72">
      <w:r>
        <w:t>Under UK GDPR, you have the right to:</w:t>
      </w:r>
    </w:p>
    <w:p w14:paraId="3FF1C96D" w14:textId="77777777" w:rsidR="00B73CAC" w:rsidRDefault="00B67D72">
      <w:r>
        <w:t>- Access your personal data</w:t>
      </w:r>
    </w:p>
    <w:p w14:paraId="39C93AA8" w14:textId="77777777" w:rsidR="00B73CAC" w:rsidRDefault="00B67D72">
      <w:r>
        <w:t>- Request correction of inaccurate data</w:t>
      </w:r>
    </w:p>
    <w:p w14:paraId="77DC139F" w14:textId="77777777" w:rsidR="00B73CAC" w:rsidRDefault="00B67D72">
      <w:r>
        <w:t>- Request deletion of your data</w:t>
      </w:r>
    </w:p>
    <w:p w14:paraId="50E9BDBC" w14:textId="77777777" w:rsidR="00B73CAC" w:rsidRDefault="00B67D72">
      <w:r>
        <w:t>- Withdraw consent at any time</w:t>
      </w:r>
    </w:p>
    <w:p w14:paraId="3220C29E" w14:textId="77777777" w:rsidR="00B73CAC" w:rsidRDefault="00B67D72">
      <w:r>
        <w:t>- Restrict or object to processing</w:t>
      </w:r>
    </w:p>
    <w:p w14:paraId="2DD701C3" w14:textId="77777777" w:rsidR="00B73CAC" w:rsidRDefault="00B73CAC"/>
    <w:p w14:paraId="2C6B71EE" w14:textId="77777777" w:rsidR="005F4DD7" w:rsidRDefault="005F4DD7">
      <w:pPr>
        <w:rPr>
          <w:b/>
        </w:rPr>
      </w:pPr>
    </w:p>
    <w:p w14:paraId="30FE7401" w14:textId="77777777" w:rsidR="00B73CAC" w:rsidRPr="005F4DD7" w:rsidRDefault="00B67D72">
      <w:pPr>
        <w:rPr>
          <w:b/>
        </w:rPr>
      </w:pPr>
      <w:r w:rsidRPr="005F4DD7">
        <w:rPr>
          <w:b/>
        </w:rPr>
        <w:t>13. Complaints</w:t>
      </w:r>
    </w:p>
    <w:p w14:paraId="2CB51B36" w14:textId="3A1BFFF3" w:rsidR="00B73CAC" w:rsidRDefault="00B67D72">
      <w:r>
        <w:t>If you are unhappy with how your data is handled, you have the right to lodge a complaint with the Information Commissioner’s Office (ICO).</w:t>
      </w:r>
      <w:r w:rsidR="008047EF">
        <w:t xml:space="preserve">  </w:t>
      </w:r>
      <w:bookmarkStart w:id="0" w:name="_GoBack"/>
      <w:bookmarkEnd w:id="0"/>
      <w:r w:rsidR="008047EF">
        <w:t xml:space="preserve"> </w:t>
      </w:r>
      <w:r w:rsidR="008047EF" w:rsidRPr="008047EF">
        <w:t>https://ico.org.uk/</w:t>
      </w:r>
    </w:p>
    <w:p w14:paraId="3AE1C015" w14:textId="77777777" w:rsidR="00B73CAC" w:rsidRDefault="00B73CAC"/>
    <w:p w14:paraId="0192BAD4" w14:textId="77777777" w:rsidR="00B73CAC" w:rsidRPr="005F4DD7" w:rsidRDefault="00B67D72">
      <w:pPr>
        <w:rPr>
          <w:b/>
        </w:rPr>
      </w:pPr>
      <w:r w:rsidRPr="005F4DD7">
        <w:rPr>
          <w:b/>
        </w:rPr>
        <w:t>14. ICO Compliance</w:t>
      </w:r>
    </w:p>
    <w:p w14:paraId="7515F848" w14:textId="77777777" w:rsidR="00B73CAC" w:rsidRDefault="00B67D72">
      <w:r>
        <w:t>Neuro‑Nova complies with UK data protection requirements and, where applicable, is registered with the Information Commissioner’s Office (ICO).</w:t>
      </w:r>
    </w:p>
    <w:p w14:paraId="66E2D4DF" w14:textId="77777777" w:rsidR="00B73CAC" w:rsidRDefault="00B73CAC"/>
    <w:p w14:paraId="270D57FD" w14:textId="77777777" w:rsidR="00B73CAC" w:rsidRPr="005F4DD7" w:rsidRDefault="00B67D72">
      <w:pPr>
        <w:rPr>
          <w:b/>
        </w:rPr>
      </w:pPr>
      <w:r w:rsidRPr="005F4DD7">
        <w:rPr>
          <w:b/>
        </w:rPr>
        <w:t>15. Contact</w:t>
      </w:r>
    </w:p>
    <w:p w14:paraId="45F54ABE" w14:textId="77777777" w:rsidR="00B73CAC" w:rsidRDefault="00B67D72">
      <w:r>
        <w:t>For any data-related requests or questions:</w:t>
      </w:r>
    </w:p>
    <w:p w14:paraId="6E413FF3" w14:textId="77777777" w:rsidR="00B73CAC" w:rsidRDefault="00B67D72">
      <w:r>
        <w:t>Email: info@neuro-nova.co.uk</w:t>
      </w:r>
    </w:p>
    <w:p w14:paraId="583F40D1" w14:textId="77777777" w:rsidR="00B73CAC" w:rsidRDefault="00B73CAC"/>
    <w:p w14:paraId="0DA66F5D" w14:textId="77777777" w:rsidR="00B73CAC" w:rsidRDefault="00B67D72">
      <w:r>
        <w:t>---</w:t>
      </w:r>
    </w:p>
    <w:p w14:paraId="450B09AB" w14:textId="77777777" w:rsidR="00B73CAC" w:rsidRDefault="00B73CAC"/>
    <w:p w14:paraId="537EB884" w14:textId="77777777" w:rsidR="00B73CAC" w:rsidRPr="005F4DD7" w:rsidRDefault="00B67D72">
      <w:pPr>
        <w:rPr>
          <w:b/>
        </w:rPr>
      </w:pPr>
      <w:r w:rsidRPr="005F4DD7">
        <w:rPr>
          <w:b/>
        </w:rPr>
        <w:t>CONSENT (please tick):</w:t>
      </w:r>
    </w:p>
    <w:p w14:paraId="3F798029" w14:textId="77777777" w:rsidR="00B73CAC" w:rsidRDefault="00B73CAC"/>
    <w:p w14:paraId="3336876D" w14:textId="77777777" w:rsidR="00B73CAC" w:rsidRDefault="00B67D72">
      <w:r>
        <w:t>☐ I have read and understood the Privacy Policy and consent to the processing of my personal data, including special category (health) data.</w:t>
      </w:r>
    </w:p>
    <w:p w14:paraId="4DF634F7" w14:textId="77777777" w:rsidR="00B73CAC" w:rsidRDefault="00B73CAC"/>
    <w:p w14:paraId="795AD5CC" w14:textId="77777777" w:rsidR="00B73CAC" w:rsidRDefault="00B67D72">
      <w:r>
        <w:t>Client Signature: ______________________________</w:t>
      </w:r>
    </w:p>
    <w:p w14:paraId="2CC8ECCB" w14:textId="77777777" w:rsidR="00B73CAC" w:rsidRDefault="00B67D72">
      <w:r>
        <w:t>Name (printed): ______________________________</w:t>
      </w:r>
    </w:p>
    <w:p w14:paraId="333100FD" w14:textId="77777777" w:rsidR="00B73CAC" w:rsidRDefault="00B67D72">
      <w:r>
        <w:t>Date: ______________________________</w:t>
      </w:r>
    </w:p>
    <w:p w14:paraId="79FFAA32" w14:textId="77777777" w:rsidR="00B73CAC" w:rsidRDefault="00B73CAC"/>
    <w:p w14:paraId="60313A85" w14:textId="77777777" w:rsidR="00B73CAC" w:rsidRDefault="00B67D72">
      <w:r>
        <w:t>Neuro‑Nova – Neurofeedback &amp; Mental Wellness</w:t>
      </w:r>
    </w:p>
    <w:p w14:paraId="5B9EF1FB" w14:textId="77777777" w:rsidR="00B73CAC" w:rsidRDefault="00B73CAC"/>
    <w:sectPr w:rsidR="00B73CAC" w:rsidSect="00B67D72">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83017" w14:textId="77777777" w:rsidR="00B67D72" w:rsidRDefault="00B67D72" w:rsidP="00B67D72">
      <w:pPr>
        <w:spacing w:after="0" w:line="240" w:lineRule="auto"/>
      </w:pPr>
      <w:r>
        <w:separator/>
      </w:r>
    </w:p>
  </w:endnote>
  <w:endnote w:type="continuationSeparator" w:id="0">
    <w:p w14:paraId="63927997" w14:textId="77777777" w:rsidR="00B67D72" w:rsidRDefault="00B67D72" w:rsidP="00B67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89026" w14:textId="77777777" w:rsidR="00B67D72" w:rsidRDefault="00B67D72" w:rsidP="00B67D72">
      <w:pPr>
        <w:spacing w:after="0" w:line="240" w:lineRule="auto"/>
      </w:pPr>
      <w:r>
        <w:separator/>
      </w:r>
    </w:p>
  </w:footnote>
  <w:footnote w:type="continuationSeparator" w:id="0">
    <w:p w14:paraId="73EEA8D3" w14:textId="77777777" w:rsidR="00B67D72" w:rsidRDefault="00B67D72" w:rsidP="00B67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E5D99" w14:textId="77777777" w:rsidR="00B67D72" w:rsidRDefault="00B67D72" w:rsidP="00B67D72">
    <w:pPr>
      <w:pStyle w:val="Heading1"/>
      <w:jc w:val="right"/>
    </w:pPr>
    <w:r>
      <w:rPr>
        <w:noProof/>
        <w:lang w:val="en-GB" w:eastAsia="en-GB"/>
      </w:rPr>
      <w:drawing>
        <wp:anchor distT="0" distB="0" distL="114300" distR="114300" simplePos="0" relativeHeight="251659264" behindDoc="0" locked="0" layoutInCell="1" allowOverlap="1" wp14:anchorId="0094AC03" wp14:editId="6297A5A3">
          <wp:simplePos x="0" y="0"/>
          <wp:positionH relativeFrom="column">
            <wp:posOffset>0</wp:posOffset>
          </wp:positionH>
          <wp:positionV relativeFrom="paragraph">
            <wp:posOffset>86360</wp:posOffset>
          </wp:positionV>
          <wp:extent cx="990600" cy="990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LAPlogo.png"/>
                  <pic:cNvPicPr/>
                </pic:nvPicPr>
                <pic:blipFill>
                  <a:blip r:embed="rId1">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anchor>
      </w:drawing>
    </w:r>
    <w:r>
      <w:t>Neuro-Nova Neurofeedback &amp; Mental Performance Centre</w:t>
    </w:r>
  </w:p>
  <w:p w14:paraId="2EC96E2E" w14:textId="77777777" w:rsidR="00B67D72" w:rsidRDefault="00B67D72" w:rsidP="00B67D72">
    <w:pPr>
      <w:jc w:val="right"/>
    </w:pPr>
    <w:r>
      <w:t>info@neuro-nova.co.uk</w:t>
    </w:r>
    <w:r>
      <w:br/>
      <w:t>www.neuro-nova.co.uk</w:t>
    </w:r>
  </w:p>
  <w:p w14:paraId="29F384B7" w14:textId="77777777" w:rsidR="00B67D72" w:rsidRDefault="00B67D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F4DD7"/>
    <w:rsid w:val="008047EF"/>
    <w:rsid w:val="00AA1D8D"/>
    <w:rsid w:val="00B47730"/>
    <w:rsid w:val="00B67D72"/>
    <w:rsid w:val="00B73CA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D38E81"/>
  <w14:defaultImageDpi w14:val="300"/>
  <w15:docId w15:val="{982F8019-E0CE-4F54-AC8C-B8FA67DC2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8047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3DE33-EF85-4211-8BD9-9E4DB019B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Szasz, Istvan</cp:lastModifiedBy>
  <cp:revision>4</cp:revision>
  <dcterms:created xsi:type="dcterms:W3CDTF">2026-06-11T04:25:00Z</dcterms:created>
  <dcterms:modified xsi:type="dcterms:W3CDTF">2026-06-11T04:41:00Z</dcterms:modified>
  <cp:category/>
</cp:coreProperties>
</file>